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The Scivant Review: Research article template</w:t>
      </w:r>
    </w:p>
    <w:p>
      <w:r>
        <w:rPr>
          <w:color w:val="555B6B"/>
        </w:rPr>
        <w:t>A Peer-Reviewed Journal for High-School and Undergraduate Researchers</w:t>
      </w:r>
    </w:p>
    <w:p>
      <w:r>
        <w:rPr>
          <w:i/>
          <w:color w:val="555B6B"/>
        </w:rPr>
        <w:t>Delete this instruction page before you submit.</w:t>
      </w:r>
    </w:p>
    <w:p>
      <w:pPr>
        <w:pStyle w:val="ListBullet"/>
      </w:pPr>
      <w:r>
        <w:t>Keep the formatting already set in this file: Times New Roman 12 pt, double spacing, 1-inch margins, continuous line numbers and page numbers.</w:t>
      </w:r>
    </w:p>
    <w:p>
      <w:pPr>
        <w:pStyle w:val="ListBullet"/>
      </w:pPr>
      <w:r>
        <w:t>Length: 2,500 to 6,000 words, not counting references. Abstract: 250 words or fewer. Keywords: 3 to 6.</w:t>
      </w:r>
    </w:p>
    <w:p>
      <w:pPr>
        <w:pStyle w:val="ListBullet"/>
      </w:pPr>
      <w:r>
        <w:t>Use SI units. Number figures and tables in the order they appear, each with a caption. Upload every figure separately as well, at 300 dpi or more, with labeled axes.</w:t>
      </w:r>
    </w:p>
    <w:p>
      <w:pPr>
        <w:pStyle w:val="ListBullet"/>
      </w:pPr>
      <w:r>
        <w:t>Cite and list references in APA 7th edition style.</w:t>
      </w:r>
    </w:p>
    <w:p>
      <w:pPr>
        <w:pStyle w:val="ListBullet"/>
      </w:pPr>
      <w:r>
        <w:t>Double-blind review: do not put your name, school, teacher or mentor, town, or anything else that identifies you in this file, its file name, or its document properties. Author details go only in the submission form.</w:t>
      </w:r>
    </w:p>
    <w:p>
      <w:pPr>
        <w:pStyle w:val="ListBullet"/>
      </w:pPr>
      <w:r>
        <w:t>First submissions may be PDF or Word. If your paper is accepted, the final version must be a Word (.docx) file.</w:t>
      </w:r>
    </w:p>
    <w:p>
      <w:r>
        <w:br w:type="page"/>
      </w:r>
    </w:p>
    <w:p>
      <w:pPr>
        <w:pStyle w:val="Title"/>
      </w:pPr>
      <w:r>
        <w:t>[Title: specific and concise, ideally under 20 words]</w:t>
      </w:r>
    </w:p>
    <w:p>
      <w:r>
        <w:rPr>
          <w:b/>
        </w:rPr>
        <w:t xml:space="preserve">Article type: </w:t>
      </w:r>
      <w:r>
        <w:rPr>
          <w:color w:val="555B6B"/>
        </w:rPr>
        <w:t>[Research Article or Short Communication]</w:t>
      </w:r>
    </w:p>
    <w:p>
      <w:r>
        <w:rPr>
          <w:b/>
        </w:rPr>
        <w:t xml:space="preserve">Subject: </w:t>
      </w:r>
      <w:r>
        <w:rPr>
          <w:color w:val="555B6B"/>
        </w:rPr>
        <w:t>[Biology, Chemistry, Physics, Computer Science, Engineering, Mathematics, Social Science, or Other]</w:t>
      </w:r>
    </w:p>
    <w:p>
      <w:r>
        <w:rPr>
          <w:b/>
        </w:rPr>
        <w:t xml:space="preserve">Keywords: </w:t>
      </w:r>
      <w:r>
        <w:rPr>
          <w:color w:val="555B6B"/>
        </w:rPr>
        <w:t>[3 to 6 keywords, separated by commas]</w:t>
      </w:r>
    </w:p>
    <w:p>
      <w:r>
        <w:rPr>
          <w:b/>
        </w:rPr>
        <w:t xml:space="preserve">Word count: </w:t>
      </w:r>
      <w:r>
        <w:rPr>
          <w:color w:val="555B6B"/>
        </w:rPr>
        <w:t>[words, not counting references]</w:t>
      </w:r>
    </w:p>
    <w:p>
      <w:r>
        <w:rPr>
          <w:i/>
          <w:color w:val="555B6B"/>
        </w:rPr>
        <w:t>No author names on this page. They go in the submission form.</w:t>
      </w:r>
    </w:p>
    <w:p>
      <w:r>
        <w:br w:type="page"/>
      </w:r>
    </w:p>
    <w:p>
      <w:pPr>
        <w:pStyle w:val="Heading1"/>
      </w:pPr>
      <w:r>
        <w:t>Abstract</w:t>
      </w:r>
    </w:p>
    <w:p>
      <w:r>
        <w:rPr>
          <w:i/>
          <w:color w:val="555B6B"/>
        </w:rPr>
        <w:t>250 words or fewer, as one paragraph: the background, your question or hypothesis, what you did, the main results with numbers, and what they mean.</w:t>
      </w:r>
    </w:p>
    <w:p>
      <w:r>
        <w:rPr>
          <w:b/>
        </w:rPr>
        <w:t xml:space="preserve">Keywords: </w:t>
      </w:r>
      <w:r>
        <w:rPr>
          <w:color w:val="555B6B"/>
        </w:rPr>
        <w:t>[3 to 6 keywords]</w:t>
      </w:r>
    </w:p>
    <w:p>
      <w:pPr>
        <w:pStyle w:val="Heading1"/>
      </w:pPr>
      <w:r>
        <w:t>Introduction</w:t>
      </w:r>
    </w:p>
    <w:p>
      <w:r>
        <w:rPr>
          <w:i/>
          <w:color w:val="555B6B"/>
        </w:rPr>
        <w:t>What is already known, with citations; the gap your work addresses; and your research question or hypothesis.</w:t>
      </w:r>
    </w:p>
    <w:p>
      <w:pPr>
        <w:pStyle w:val="Heading1"/>
      </w:pPr>
      <w:r>
        <w:t>Methods</w:t>
      </w:r>
    </w:p>
    <w:p>
      <w:r>
        <w:rPr>
          <w:i/>
          <w:color w:val="555B6B"/>
        </w:rPr>
        <w:t>Enough detail for someone else to repeat the work: design, variables and controls, sample size and how it was chosen, materials and instruments, software with versions, and the statistical tests used.</w:t>
      </w:r>
    </w:p>
    <w:p>
      <w:pPr>
        <w:pStyle w:val="Heading2"/>
      </w:pPr>
      <w:r>
        <w:t>Ethics</w:t>
      </w:r>
    </w:p>
    <w:p>
      <w:r>
        <w:rPr>
          <w:i/>
          <w:color w:val="555B6B"/>
        </w:rPr>
        <w:t>Required for research with people or animals: state that it was done under adult supervision or with institutional review board (IRB) approval, and that consent was obtained. Do not name the institution during review.</w:t>
      </w:r>
    </w:p>
    <w:p>
      <w:pPr>
        <w:pStyle w:val="Heading1"/>
      </w:pPr>
      <w:r>
        <w:t>Results</w:t>
      </w:r>
    </w:p>
    <w:p>
      <w:r>
        <w:rPr>
          <w:i/>
          <w:color w:val="555B6B"/>
        </w:rPr>
        <w:t>Report what you found, without interpreting it yet. Include uncertainty (standard deviations, confidence intervals or error bars) and the results of statistical tests.</w:t>
      </w:r>
    </w:p>
    <w:p>
      <w:r>
        <w:rPr>
          <w:i/>
          <w:color w:val="555B6B"/>
        </w:rPr>
        <w:t>Place each figure and table after the paragraph that first mentions it. Caption examples:</w:t>
      </w:r>
    </w:p>
    <w:p>
      <w:r>
        <w:rPr>
          <w:b/>
        </w:rPr>
        <w:t xml:space="preserve">Figure 1. </w:t>
      </w:r>
      <w:r>
        <w:t>Mean growth after 21 days under three light levels. Error bars show one standard deviation; n = 10 per group.</w:t>
      </w:r>
    </w:p>
    <w:p>
      <w:r>
        <w:rPr>
          <w:b/>
        </w:rPr>
        <w:t xml:space="preserve">Table 1. </w:t>
      </w:r>
      <w:r>
        <w:t>Descriptive statistics for each group (units in the column headings).</w:t>
      </w:r>
    </w:p>
    <w:p>
      <w:pPr>
        <w:pStyle w:val="Heading1"/>
      </w:pPr>
      <w:r>
        <w:t>Discussion</w:t>
      </w:r>
    </w:p>
    <w:p>
      <w:r>
        <w:rPr>
          <w:i/>
          <w:color w:val="555B6B"/>
        </w:rPr>
        <w:t>What the results mean, how they compare with earlier work, other possible explanations, and the limitations of your study.</w:t>
      </w:r>
    </w:p>
    <w:p>
      <w:pPr>
        <w:pStyle w:val="Heading1"/>
      </w:pPr>
      <w:r>
        <w:t>Conclusion</w:t>
      </w:r>
    </w:p>
    <w:p>
      <w:r>
        <w:rPr>
          <w:i/>
          <w:color w:val="555B6B"/>
        </w:rPr>
        <w:t>The main takeaway in a few sentences, and what should be studied next.</w:t>
      </w:r>
    </w:p>
    <w:p>
      <w:pPr>
        <w:pStyle w:val="Heading1"/>
      </w:pPr>
      <w:r>
        <w:t>Acknowledgments</w:t>
      </w:r>
    </w:p>
    <w:p>
      <w:r>
        <w:rPr>
          <w:i/>
          <w:color w:val="555B6B"/>
        </w:rPr>
        <w:t>During review, write “[Removed for review]” here. Add acknowledgments only in the final version, after acceptance.</w:t>
      </w:r>
    </w:p>
    <w:p>
      <w:pPr>
        <w:pStyle w:val="Heading1"/>
      </w:pPr>
      <w:r>
        <w:t>Conflict of interest</w:t>
      </w:r>
    </w:p>
    <w:p>
      <w:r>
        <w:rPr>
          <w:i/>
          <w:color w:val="555B6B"/>
        </w:rPr>
        <w:t>State any financial or personal interest that could affect the work, or write “The authors declare no conflicts of interest.”</w:t>
      </w:r>
    </w:p>
    <w:p>
      <w:pPr>
        <w:pStyle w:val="Heading1"/>
      </w:pPr>
      <w:r>
        <w:t>Funding</w:t>
      </w:r>
    </w:p>
    <w:p>
      <w:r>
        <w:rPr>
          <w:i/>
          <w:color w:val="555B6B"/>
        </w:rPr>
        <w:t>Name any funding or paid research program in general terms (for example, “a summer research program”) so you can’t be identified. Or write “This work received no funding.”</w:t>
      </w:r>
    </w:p>
    <w:p>
      <w:pPr>
        <w:pStyle w:val="Heading1"/>
      </w:pPr>
      <w:r>
        <w:t>Use of AI tools</w:t>
      </w:r>
    </w:p>
    <w:p>
      <w:r>
        <w:rPr>
          <w:i/>
          <w:color w:val="555B6B"/>
        </w:rPr>
        <w:t>Say which AI tools you used and for what (for example, checking grammar), or write “No AI tools were used.” AI tools may not generate data, results, or references, and cannot be authors.</w:t>
      </w:r>
    </w:p>
    <w:p>
      <w:pPr>
        <w:pStyle w:val="Heading1"/>
      </w:pPr>
      <w:r>
        <w:t>References</w:t>
      </w:r>
    </w:p>
    <w:p>
      <w:r>
        <w:rPr>
          <w:i/>
          <w:color w:val="555B6B"/>
        </w:rPr>
        <w:t>List every source cited in the text, in APA 7th edition style, alphabetically by first author. Examples:</w:t>
      </w:r>
    </w:p>
    <w:p>
      <w:pPr>
        <w:ind w:left="720" w:hanging="720"/>
      </w:pPr>
      <w:r>
        <w:t>Author, A. A., &amp; Author, B. B. (2024). Title of the article. Journal Name, 12(3), 45–67. https://doi.org/xx.xxxx/xxxxx</w:t>
      </w:r>
    </w:p>
    <w:p>
      <w:pPr>
        <w:ind w:left="720" w:hanging="720"/>
      </w:pPr>
      <w:r>
        <w:t>Author, C. C. (2022). Title of the book (2nd ed.). Publisher.</w:t>
      </w:r>
    </w:p>
    <w:p>
      <w:pPr>
        <w:ind w:left="720" w:hanging="720"/>
      </w:pPr>
      <w:r>
        <w:t>Organization Name. (2023, May 4). Title of the web page. Site Name. https://www.example.org/page</w:t>
      </w:r>
    </w:p>
    <w:p>
      <w:r>
        <w:rPr>
          <w:i/>
          <w:color w:val="555B6B"/>
        </w:rPr>
        <w:t>Short communications follow this same structure but are shorter, with a brief Discussion.</w:t>
      </w:r>
    </w:p>
    <w:sectPr w:rsidR="00FC693F" w:rsidRPr="0006063C" w:rsidSect="00034616">
      <w:footerReference w:type="default" r:id="rId9"/>
      <w:pgSz w:w="12240" w:h="15840"/>
      <w:pgMar w:top="1440" w:right="1440" w:bottom="1440" w:left="1440" w:header="720" w:footer="720" w:gutter="0"/>
      <w:cols w:space="720"/>
      <w:docGrid w:linePitch="360"/>
      <w:lnNumType w:countBy="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line="480" w:lineRule="auto"/>
      <w:outlineLvl w:val="0"/>
    </w:pPr>
    <w:rPr>
      <w:rFonts w:ascii="Times New Roman" w:hAnsi="Times New Roman" w:eastAsia="Times New Roman" w:cs="Times New Roman"/>
      <w:b/>
      <w:bCs/>
      <w:i w:val="0"/>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0" w:line="480" w:lineRule="auto"/>
      <w:outlineLvl w:val="1"/>
    </w:pPr>
    <w:rPr>
      <w:rFonts w:ascii="Times New Roman" w:hAnsi="Times New Roman" w:eastAsia="Times New Roman" w:cs="Times New Roman"/>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eastAsia="Times New Roman" w:cs="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4F81BD" w:themeColor="accent1"/>
    </w:rPr>
  </w:style>
  <w:style w:type="paragraph" w:styleId="Title">
    <w:name w:val="Title"/>
    <w:basedOn w:val="Normal"/>
    <w:next w:val="Normal"/>
    <w:link w:val="TitleChar"/>
    <w:uiPriority w:val="10"/>
    <w:qFormat/>
    <w:rsid w:val="00FC693F"/>
    <w:pPr>
      <w:spacing w:after="0" w:line="480" w:lineRule="auto" w:before="240"/>
      <w:contextualSpacing/>
    </w:pPr>
    <w:rPr>
      <w:rFonts w:ascii="Times New Roman" w:hAnsi="Times New Roman" w:eastAsia="Times New Roman" w:cs="Times New Roman"/>
      <w:b/>
      <w:i w:val="0"/>
      <w:color w:val="000000"/>
      <w:spacing w:val="5"/>
      <w:kern w:val="28"/>
      <w:sz w:val="28"/>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Scivant Review template</dc:title>
  <dc:subject/>
  <dc:creator>The Scivant Review</dc:creator>
  <cp:keywords/>
  <dc:description/>
  <cp:lastModifiedBy/>
  <cp:revision>1</cp:revision>
  <dcterms:created xsi:type="dcterms:W3CDTF">2026-10-19T00:00:00Z</dcterms:created>
  <dcterms:modified xsi:type="dcterms:W3CDTF">2026-10-19T00:00:00Z</dcterms:modified>
  <cp:category/>
</cp:coreProperties>
</file>